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Study Guide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Learning targets</w:t>
      </w:r>
    </w:p>
    <w:p>
      <w:pPr>
        <w:widowControl/>
      </w:pPr>
      <w:r>
        <w:t>Assessment: [Name and date]</w:t>
      </w:r>
    </w:p>
    <w:p>
      <w:pPr>
        <w:widowControl/>
      </w:pPr>
      <w:r>
        <w:t>Topics covered: [List]</w:t>
      </w:r>
    </w:p>
    <w:p>
      <w:pPr>
        <w:widowControl/>
      </w:pPr>
      <w:r>
        <w:t>I need to explain: [Concepts]</w:t>
      </w:r>
    </w:p>
    <w:p>
      <w:pPr>
        <w:widowControl/>
      </w:pPr>
      <w:r>
        <w:t>I need to demonstrate: [Skills]</w:t>
      </w:r>
    </w:p>
    <w:p>
      <w:pPr>
        <w:pStyle w:val="Heading1"/>
      </w:pPr>
      <w:r>
        <w:t>Concepts and examples</w:t>
      </w:r>
    </w:p>
    <w:p>
      <w:pPr>
        <w:widowControl/>
      </w:pPr>
      <w:r>
        <w:t>Key term: [Term]</w:t>
      </w:r>
    </w:p>
    <w:p>
      <w:pPr>
        <w:widowControl/>
      </w:pPr>
      <w:r>
        <w:t>Meaning in your words: [Explanation]</w:t>
      </w:r>
    </w:p>
    <w:p>
      <w:pPr>
        <w:widowControl/>
      </w:pPr>
      <w:r>
        <w:t>Worked example: [Steps and reasoning]</w:t>
      </w:r>
    </w:p>
    <w:p>
      <w:pPr>
        <w:widowControl/>
      </w:pPr>
      <w:r>
        <w:t>Common mistake: [What to watch for]</w:t>
      </w:r>
    </w:p>
    <w:p>
      <w:pPr>
        <w:pStyle w:val="Heading1"/>
      </w:pPr>
      <w:r>
        <w:t>Practice and review</w:t>
      </w:r>
    </w:p>
    <w:p>
      <w:pPr>
        <w:widowControl/>
      </w:pPr>
      <w:r>
        <w:t>Question: [Practice prompt]</w:t>
      </w:r>
    </w:p>
    <w:p>
      <w:pPr>
        <w:widowControl/>
      </w:pPr>
      <w:r>
        <w:t>Answer and reasoning: [Your response]</w:t>
      </w:r>
    </w:p>
    <w:p>
      <w:pPr>
        <w:widowControl/>
      </w:pPr>
      <w:r>
        <w:t>Source or page: [Reference]</w:t>
      </w:r>
    </w:p>
    <w:p>
      <w:pPr>
        <w:widowControl/>
      </w:pPr>
      <w:r>
        <w:t>Review again on: [Date]</w:t>
      </w:r>
    </w:p>
    <w:p>
      <w:pPr>
        <w:widowControl/>
      </w:pPr>
      <w:r>
        <w:t>Still unclear: [Question for teacher or study group]</w:t>
      </w:r>
    </w:p>
    <w:p>
      <w:pPr>
        <w:widowControl/>
      </w:pPr>
      <w:r>
        <w:br/>
        <w:t>Additional notes</w:t>
        <w:br/>
        <w:br/>
        <w:t>[Your notes]</w:t>
        <w:br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Guide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