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360" w:line="259" w:lineRule="auto"/>
        <w:jc w:val="center"/>
      </w:pPr>
      <w:r>
        <w:rPr>
          <w:rFonts w:ascii="Arial" w:hAnsi="Arial"/>
          <w:b/>
          <w:color w:val="586170"/>
          <w:sz w:val="20"/>
        </w:rPr>
        <w:t>[EVENT NAME]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000000"/>
          <w:sz w:val="62"/>
        </w:rPr>
        <w:t>TABLE [08]</w:t>
      </w:r>
    </w:p>
    <w:p>
      <w:pPr>
        <w:widowControl/>
        <w:spacing w:before="0" w:after="360" w:line="259" w:lineRule="auto"/>
        <w:jc w:val="center"/>
      </w:pPr>
      <w:r>
        <w:rPr>
          <w:rFonts w:ascii="Georgia" w:hAnsi="Georgia"/>
          <w:b w:val="0"/>
          <w:color w:val="000000"/>
          <w:sz w:val="24"/>
        </w:rPr>
        <w:t>[Guest group or short message]</w:t>
      </w:r>
    </w:p>
    <w:p>
      <w:pPr>
        <w:widowControl/>
        <w:spacing w:before="0" w:after="160" w:line="259" w:lineRule="auto"/>
        <w:jc w:val="center"/>
      </w:pPr>
      <w:r>
        <w:rPr>
          <w:rFonts w:ascii="Arial" w:hAnsi="Arial"/>
          <w:b w:val="0"/>
          <w:color w:val="586170"/>
          <w:sz w:val="18"/>
        </w:rPr>
        <w:t>[Event date or location]</w:t>
      </w:r>
    </w:p>
    <w:p>
      <w:pPr>
        <w:pageBreakBefore/>
        <w:widowControl/>
        <w:spacing w:before="160" w:after="360" w:line="259" w:lineRule="auto"/>
        <w:jc w:val="center"/>
      </w:pPr>
      <w:r>
        <w:rPr>
          <w:rFonts w:ascii="Arial" w:hAnsi="Arial"/>
          <w:b/>
          <w:color w:val="586170"/>
          <w:sz w:val="20"/>
        </w:rPr>
        <w:t>[EVENT NAME]</w:t>
      </w:r>
    </w:p>
    <w:p>
      <w:pPr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000000"/>
          <w:sz w:val="62"/>
        </w:rPr>
        <w:t>TABLE [08]</w:t>
      </w:r>
    </w:p>
    <w:p>
      <w:pPr>
        <w:widowControl/>
        <w:spacing w:before="0" w:after="360" w:line="259" w:lineRule="auto"/>
        <w:jc w:val="center"/>
      </w:pPr>
      <w:r>
        <w:rPr>
          <w:rFonts w:ascii="Georgia" w:hAnsi="Georgia"/>
          <w:b w:val="0"/>
          <w:color w:val="000000"/>
          <w:sz w:val="24"/>
        </w:rPr>
        <w:t>[Guest group or short message]</w:t>
      </w:r>
    </w:p>
    <w:p>
      <w:pPr>
        <w:widowControl/>
        <w:spacing w:before="0" w:after="160" w:line="259" w:lineRule="auto"/>
        <w:jc w:val="center"/>
      </w:pPr>
      <w:r>
        <w:rPr>
          <w:rFonts w:ascii="Arial" w:hAnsi="Arial"/>
          <w:b w:val="0"/>
          <w:color w:val="586170"/>
          <w:sz w:val="18"/>
        </w:rPr>
        <w:t>[Event date or location]</w:t>
      </w:r>
    </w:p>
    <w:sectPr w:rsidR="00FC693F" w:rsidRPr="0006063C" w:rsidSect="00034616">
      <w:pgSz w:w="7200" w:h="5760"/>
      <w:pgMar w:top="648" w:right="648" w:bottom="648" w:left="648" w:header="720" w:footer="720" w:gutter="0"/>
      <w:cols w:space="720"/>
      <w:docGrid w:linePitch="360"/>
      <w:pgBorders w:offsetFrom="page">
        <w:top w:val="single" w:sz="8" w:space="20" w:color="D9D9D9"/>
        <w:left w:val="single" w:sz="8" w:space="20" w:color="D9D9D9"/>
        <w:bottom w:val="single" w:sz="8" w:space="20" w:color="D9D9D9"/>
        <w:right w:val="single" w:sz="8" w:space="20" w:color="D9D9D9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Tent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