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Teacher Resume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Contact and profile</w:t>
      </w:r>
    </w:p>
    <w:p>
      <w:pPr>
        <w:widowControl/>
      </w:pPr>
      <w:r>
        <w:t>[Full name]</w:t>
      </w:r>
    </w:p>
    <w:p>
      <w:pPr>
        <w:widowControl/>
      </w:pPr>
      <w:r>
        <w:t>[Professional email] [Phone] [City or region] [Portfolio if relevant]</w:t>
      </w:r>
    </w:p>
    <w:p>
      <w:pPr>
        <w:widowControl/>
      </w:pPr>
      <w:r>
        <w:t>[Write two sentences connecting your actual background to teaching planning and learner support.]</w:t>
      </w:r>
    </w:p>
    <w:p>
      <w:pPr>
        <w:pStyle w:val="Heading1"/>
      </w:pPr>
      <w:r>
        <w:t>Relevant experience</w:t>
      </w:r>
    </w:p>
    <w:p>
      <w:pPr>
        <w:widowControl/>
      </w:pPr>
      <w:r>
        <w:t>[Role] - [Organization] - [Dates]</w:t>
      </w:r>
    </w:p>
    <w:p>
      <w:pPr>
        <w:widowControl/>
      </w:pPr>
      <w:r>
        <w:t>[Describe the age group, subject, teaching responsibilities and a supported learning or classroom outcome.]</w:t>
      </w:r>
    </w:p>
    <w:p>
      <w:pPr>
        <w:widowControl/>
      </w:pPr>
      <w:r>
        <w:t>[Add a second relevant role or project, with dates and your contribution.]</w:t>
      </w:r>
    </w:p>
    <w:p>
      <w:pPr>
        <w:pStyle w:val="Heading1"/>
      </w:pPr>
      <w:r>
        <w:t>Skills</w:t>
      </w:r>
    </w:p>
    <w:p>
      <w:pPr>
        <w:widowControl/>
      </w:pPr>
      <w:r>
        <w:t>[Curriculum planning] [Assessment] [Classroom practice] [Educational tools]</w:t>
      </w:r>
    </w:p>
    <w:p>
      <w:pPr>
        <w:widowControl/>
      </w:pPr>
      <w:r>
        <w:t>[Keep only skills you can demonstrate and that are relevant to the role.]</w:t>
      </w:r>
    </w:p>
    <w:p>
      <w:pPr>
        <w:pStyle w:val="Heading1"/>
      </w:pPr>
      <w:r>
        <w:t>Education and credentials</w:t>
      </w:r>
    </w:p>
    <w:p>
      <w:pPr>
        <w:widowControl/>
      </w:pPr>
      <w:r>
        <w:t>[Teaching qualification] - [Institution] - [Dates]</w:t>
      </w:r>
    </w:p>
    <w:p>
      <w:pPr>
        <w:widowControl/>
      </w:pPr>
      <w:r>
        <w:t>[License or registration details where applicable]</w:t>
      </w:r>
    </w:p>
    <w:p>
      <w:pPr>
        <w:widowControl/>
      </w:pPr>
      <w:r>
        <w:t>[Verify dates, status and any credential details before sharing.]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Teacher Resume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