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</w:pPr>
      <w:r>
        <w:t>Assessment Test</w:t>
      </w:r>
    </w:p>
    <w:p>
      <w:pPr>
        <w:widowControl/>
      </w:pPr>
      <w:r>
        <w:rPr>
          <w:color w:val="586170"/>
          <w:sz w:val="18"/>
        </w:rPr>
        <w:t>Replace bracketed fields with your own details. Delete guidance that does not belong in the finished document.</w:t>
      </w:r>
    </w:p>
    <w:p>
      <w:pPr>
        <w:pStyle w:val="Heading1"/>
      </w:pPr>
      <w:r>
        <w:t>Test information</w:t>
      </w:r>
    </w:p>
    <w:p>
      <w:pPr>
        <w:widowControl/>
      </w:pPr>
      <w:r>
        <w:t>Subject: [Subject]. Name: [Learner]. Date: [Date]. Time allowed: [Duration]. Materials permitted: [List]. Instructions: [How to respond and submit].</w:t>
      </w:r>
    </w:p>
    <w:p>
      <w:pPr>
        <w:pStyle w:val="Heading1"/>
      </w:pPr>
      <w:r>
        <w:t>Assessment tasks</w:t>
      </w:r>
    </w:p>
    <w:p>
      <w:pPr>
        <w:widowControl/>
      </w:pPr>
      <w:r>
        <w:t>Section A - Knowledge: [Question and marks].</w:t>
      </w:r>
    </w:p>
    <w:p>
      <w:pPr>
        <w:widowControl/>
      </w:pPr>
      <w:r>
        <w:t>Section B - Application: [Problem or scenario and marks].</w:t>
      </w:r>
    </w:p>
    <w:p>
      <w:pPr>
        <w:widowControl/>
      </w:pPr>
      <w:r>
        <w:t>Section C - Reasoning: [Explain or justify prompt and marks].</w:t>
      </w:r>
    </w:p>
    <w:p>
      <w:pPr>
        <w:widowControl/>
      </w:pPr>
      <w:r>
        <w:t>[Leave appropriate response space.]</w:t>
      </w:r>
    </w:p>
    <w:p>
      <w:pPr>
        <w:pStyle w:val="Heading1"/>
      </w:pPr>
      <w:r>
        <w:t>Teacher review</w:t>
      </w:r>
    </w:p>
    <w:p>
      <w:pPr>
        <w:widowControl/>
      </w:pPr>
      <w:r>
        <w:t>Answer guide: [Expected responses]. Mark allocation: [Criteria]. Accessibility adjustments: [Approved arrangements]. Remove this section from the learner copy if needed.</w:t>
      </w:r>
    </w:p>
    <w:p>
      <w:pPr>
        <w:widowControl/>
      </w:pPr>
      <w:r>
        <w:br/>
        <w:t>Additional notes</w:t>
        <w:br/>
        <w:br/>
        <w:t>[Your notes]</w:t>
        <w:br/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9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Test</dc:title>
  <dc:subject>Original editable document starter</dc:subject>
  <dc:creator>WPS Explore</dc:creator>
  <cp:keywords/>
  <dc:description>generated by python-docx</dc:description>
  <cp:lastModifiedBy/>
  <cp:revision>1</cp:revision>
  <dcterms:created xsi:type="dcterms:W3CDTF">2026-10-30T00:00:00Z</dcterms:created>
  <dcterms:modified xsi:type="dcterms:W3CDTF">2026-10-30T00:00:00Z</dcterms:modified>
  <cp:category/>
</cp:coreProperties>
</file>