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Thank You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[Name], Thank you for [Specific action or contribution]. I appreciated the time and care you gave to [Situation].</w:t>
      </w:r>
    </w:p>
    <w:p>
      <w:pPr>
        <w:widowControl/>
      </w:pPr>
      <w:r>
        <w:t>Your help with [Detail] made it possible for me to [Real outcome]. I particularly valued [Specific aspect], and wanted to let you know the difference it made.</w:t>
      </w:r>
    </w:p>
    <w:p>
      <w:pPr>
        <w:widowControl/>
      </w:pPr>
      <w:r>
        <w:t>Thank you again for your support. [Add an appropriate personal closing or next step.]</w:t>
      </w:r>
    </w:p>
    <w:p>
      <w:pPr>
        <w:widowControl/>
      </w:pPr>
      <w:r>
        <w:t>With appreciation,</w:t>
      </w:r>
    </w:p>
    <w:p>
      <w:pPr>
        <w:widowControl/>
      </w:pPr>
      <w:r>
        <w:t>[Your name]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 You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