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Transfer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[Employee], This letter confirms the proposed or approved transfer from [Current role or location] to [New role or location], effective [Date].</w:t>
      </w:r>
    </w:p>
    <w:p>
      <w:pPr>
        <w:widowControl/>
      </w:pPr>
      <w:r>
        <w:t>Reporting manager: [Name]. Work location: [Details]. Responsibilities: [Reviewed description]. Any changes to terms are described in [Reviewed document].</w:t>
      </w:r>
    </w:p>
    <w:p>
      <w:pPr>
        <w:widowControl/>
      </w:pPr>
      <w:r>
        <w:t>Handover tasks: [Items]. Support contact: [Name]. Please raise questions through [Process].</w:t>
      </w:r>
    </w:p>
    <w:p>
      <w:pPr>
        <w:widowControl/>
      </w:pPr>
      <w:r>
        <w:t>[Authorized signatory]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