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before="280" w:after="440" w:line="259" w:lineRule="auto"/>
        <w:jc w:val="center"/>
      </w:pPr>
      <w:r>
        <w:rPr>
          <w:rFonts w:ascii="Arial" w:hAnsi="Arial"/>
          <w:b/>
          <w:color w:val="486478"/>
          <w:sz w:val="18"/>
        </w:rPr>
        <w:t>[DATE]  [VENUE]</w:t>
      </w:r>
    </w:p>
    <w:p>
      <w:pPr>
        <w:pStyle w:val="Title"/>
        <w:widowControl/>
        <w:spacing w:before="0" w:after="280" w:line="259" w:lineRule="auto"/>
        <w:jc w:val="center"/>
      </w:pPr>
      <w:r>
        <w:rPr>
          <w:rFonts w:ascii="Georgia" w:hAnsi="Georgia"/>
          <w:b/>
          <w:color w:val="000000"/>
          <w:sz w:val="58"/>
        </w:rPr>
        <w:t>A day to</w:t>
        <w:br/>
        <w:t>remember</w:t>
      </w:r>
    </w:p>
    <w:p>
      <w:pPr>
        <w:widowControl/>
        <w:spacing w:before="0" w:after="440" w:line="259" w:lineRule="auto"/>
        <w:jc w:val="center"/>
      </w:pPr>
      <w:r>
        <w:rPr>
          <w:rFonts w:ascii="Georgia" w:hAnsi="Georgia"/>
          <w:b w:val="0"/>
          <w:color w:val="000000"/>
          <w:sz w:val="36"/>
        </w:rPr>
        <w:t>[Name or event title]</w:t>
      </w:r>
    </w:p>
    <w:p>
      <w:pPr>
        <w:widowControl/>
        <w:spacing w:before="300" w:after="200" w:line="259" w:lineRule="auto"/>
        <w:jc w:val="center"/>
      </w:pPr>
      <w:r>
        <w:rPr>
          <w:rFonts w:ascii="Arial" w:hAnsi="Arial"/>
          <w:b/>
          <w:color w:val="000000"/>
          <w:sz w:val="20"/>
        </w:rPr>
        <w:t>CEREMONY ORDER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Processional: [Music or participants]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Welcome: [Officiant]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Reading: [Reader]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Vows and rings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Closing and recessional</w:t>
      </w:r>
    </w:p>
    <w:p>
      <w:pPr>
        <w:widowControl/>
        <w:spacing w:before="300" w:after="200" w:line="259" w:lineRule="auto"/>
        <w:jc w:val="center"/>
      </w:pPr>
      <w:r>
        <w:rPr>
          <w:rFonts w:ascii="Arial" w:hAnsi="Arial"/>
          <w:b/>
          <w:color w:val="000000"/>
          <w:sz w:val="20"/>
        </w:rPr>
        <w:t>WITH THANKS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[Acknowledgements]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Reception: [Location and time]</w:t>
      </w:r>
    </w:p>
    <w:p>
      <w:pPr>
        <w:widowControl/>
        <w:spacing w:before="0" w:after="120" w:line="259" w:lineRule="auto"/>
        <w:jc w:val="center"/>
      </w:pPr>
      <w:r>
        <w:rPr>
          <w:rFonts w:ascii="Georgia" w:hAnsi="Georgia"/>
          <w:b w:val="0"/>
          <w:color w:val="000000"/>
          <w:sz w:val="21"/>
        </w:rPr>
        <w:t>Guest information: [Useful directions or accessibility details]</w:t>
      </w:r>
    </w:p>
    <w:sectPr w:rsidR="00FC693F" w:rsidRPr="0006063C" w:rsidSect="00034616">
      <w:pgSz w:w="7920" w:h="122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Program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