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widowControl/>
      </w:pPr>
      <w:r>
        <w:t>White Paper</w:t>
      </w:r>
    </w:p>
    <w:p>
      <w:pPr>
        <w:widowControl/>
      </w:pPr>
      <w:r>
        <w:rPr>
          <w:color w:val="586170"/>
          <w:sz w:val="18"/>
        </w:rPr>
        <w:t>Replace bracketed fields with your own details. Delete guidance that does not belong in the finished document.</w:t>
      </w:r>
    </w:p>
    <w:p>
      <w:pPr>
        <w:pStyle w:val="Heading1"/>
      </w:pPr>
      <w:r>
        <w:t>Summary</w:t>
      </w:r>
    </w:p>
    <w:p>
      <w:pPr>
        <w:widowControl/>
      </w:pPr>
      <w:r>
        <w:t>This paper examines [Question] for [Audience]. It argues that [Proposition], supported by [Evidence], within [Scope].</w:t>
      </w:r>
    </w:p>
    <w:p>
      <w:pPr>
        <w:widowControl/>
      </w:pPr>
      <w:r>
        <w:rPr>
          <w:i/>
        </w:rPr>
        <w:t>[Add the details and evidence for this section.]</w:t>
      </w:r>
    </w:p>
    <w:p>
      <w:pPr>
        <w:pStyle w:val="Heading1"/>
      </w:pPr>
      <w:r>
        <w:t>Problem and context</w:t>
      </w:r>
    </w:p>
    <w:p>
      <w:pPr>
        <w:widowControl/>
      </w:pPr>
      <w:r>
        <w:t>Explain the problem, its practical impact and the current approaches. Define terms and avoid assuming the reader shares internal context.</w:t>
      </w:r>
    </w:p>
    <w:p>
      <w:pPr>
        <w:widowControl/>
      </w:pPr>
      <w:r>
        <w:rPr>
          <w:i/>
        </w:rPr>
        <w:t>[Add the details and evidence for this section.]</w:t>
      </w:r>
    </w:p>
    <w:p>
      <w:pPr>
        <w:pStyle w:val="Heading1"/>
      </w:pPr>
      <w:r>
        <w:t>Evidence and method</w:t>
      </w:r>
    </w:p>
    <w:p>
      <w:pPr>
        <w:widowControl/>
      </w:pPr>
      <w:r>
        <w:t>Describe source selection, analysis steps and important limitations. Cite primary evidence and distinguish observations from assumptions.</w:t>
      </w:r>
    </w:p>
    <w:p>
      <w:pPr>
        <w:widowControl/>
      </w:pPr>
      <w:r>
        <w:rPr>
          <w:i/>
        </w:rPr>
        <w:t>[Add the details and evidence for this section.]</w:t>
      </w:r>
    </w:p>
    <w:p>
      <w:r>
        <w:br w:type="page"/>
      </w:r>
    </w:p>
    <w:p>
      <w:pPr>
        <w:pStyle w:val="Heading1"/>
      </w:pPr>
      <w:r>
        <w:t>Analysis</w:t>
      </w:r>
    </w:p>
    <w:p>
      <w:pPr>
        <w:widowControl/>
      </w:pPr>
      <w:r>
        <w:t>Develop the argument through clearly supported findings. Compare alternatives against the same criteria and explain tradeoffs.</w:t>
      </w:r>
    </w:p>
    <w:p>
      <w:pPr>
        <w:widowControl/>
      </w:pPr>
      <w:r>
        <w:rPr>
          <w:i/>
        </w:rPr>
        <w:t>[Add the details and evidence for this section.]</w:t>
      </w:r>
    </w:p>
    <w:p>
      <w:pPr>
        <w:pStyle w:val="Heading1"/>
      </w:pPr>
      <w:r>
        <w:t>Recommendations</w:t>
      </w:r>
    </w:p>
    <w:p>
      <w:pPr>
        <w:widowControl/>
      </w:pPr>
      <w:r>
        <w:t>Recommend actions proportionate to the evidence. Identify owners, dependencies and measures that would show whether the approach works.</w:t>
      </w:r>
    </w:p>
    <w:p>
      <w:pPr>
        <w:widowControl/>
      </w:pPr>
      <w:r>
        <w:rPr>
          <w:i/>
        </w:rPr>
        <w:t>[Add the details and evidence for this section.]</w:t>
      </w:r>
    </w:p>
    <w:p>
      <w:pPr>
        <w:pStyle w:val="Heading1"/>
      </w:pPr>
      <w:r>
        <w:t>References and limitations</w:t>
      </w:r>
    </w:p>
    <w:p>
      <w:pPr>
        <w:widowControl/>
      </w:pPr>
      <w:r>
        <w:t>List verified sources in a consistent format. State unresolved questions and the conditions under which the conclusions may not apply.</w:t>
      </w:r>
    </w:p>
    <w:p>
      <w:pPr>
        <w:widowControl/>
      </w:pPr>
      <w:r>
        <w:rPr>
          <w:i/>
        </w:rPr>
        <w:t>[Add the details and evidence for this section.]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760"/>
        <w:gridCol w:w="2160"/>
        <w:gridCol w:w="2016"/>
      </w:tblGrid>
      <w:tr>
        <w:trPr>
          <w:cantSplit/>
          <w:tblHeader/>
        </w:trPr>
        <w:tc>
          <w:tcPr>
            <w:tcW w:type="dxa" w:w="3312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E7EEF5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/>
                <w:sz w:val="20"/>
              </w:rPr>
              <w:t>Action</w:t>
            </w:r>
          </w:p>
        </w:tc>
        <w:tc>
          <w:tcPr>
            <w:tcW w:type="dxa" w:w="3312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E7EEF5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/>
                <w:sz w:val="20"/>
              </w:rPr>
              <w:t>Owner</w:t>
            </w:r>
          </w:p>
        </w:tc>
        <w:tc>
          <w:tcPr>
            <w:tcW w:type="dxa" w:w="3312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E7EEF5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/>
                <w:sz w:val="20"/>
              </w:rPr>
              <w:t>Due</w:t>
            </w:r>
          </w:p>
        </w:tc>
      </w:tr>
      <w:tr>
        <w:trPr>
          <w:cantSplit/>
        </w:trPr>
        <w:tc>
          <w:tcPr>
            <w:tcW w:type="dxa" w:w="576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 w:val="0"/>
                <w:sz w:val="20"/>
              </w:rPr>
              <w:t>[Next action]</w:t>
            </w:r>
          </w:p>
        </w:tc>
        <w:tc>
          <w:tcPr>
            <w:tcW w:type="dxa" w:w="216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 w:val="0"/>
                <w:sz w:val="20"/>
              </w:rPr>
              <w:t>[Name]</w:t>
            </w:r>
          </w:p>
        </w:tc>
        <w:tc>
          <w:tcPr>
            <w:tcW w:type="dxa" w:w="2016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 w:val="0"/>
                <w:sz w:val="20"/>
              </w:rPr>
              <w:t>[Date]</w:t>
            </w:r>
          </w:p>
        </w:tc>
      </w:tr>
      <w:tr>
        <w:trPr>
          <w:cantSplit/>
        </w:trPr>
        <w:tc>
          <w:tcPr>
            <w:tcW w:type="dxa" w:w="576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7F9FC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 w:val="0"/>
                <w:sz w:val="20"/>
              </w:rPr>
              <w:t>[Review]</w:t>
            </w:r>
          </w:p>
        </w:tc>
        <w:tc>
          <w:tcPr>
            <w:tcW w:type="dxa" w:w="216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7F9FC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 w:val="0"/>
                <w:sz w:val="20"/>
              </w:rPr>
              <w:t>[Name]</w:t>
            </w:r>
          </w:p>
        </w:tc>
        <w:tc>
          <w:tcPr>
            <w:tcW w:type="dxa" w:w="2016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7F9FC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 w:val="0"/>
                <w:sz w:val="20"/>
              </w:rPr>
              <w:t>[Date]</w:t>
            </w:r>
          </w:p>
        </w:tc>
      </w:tr>
    </w:tbl>
    <w:p>
      <w:pPr>
        <w:spacing w:after="60"/>
      </w:pPr>
    </w:p>
    <w:sectPr w:rsidR="00FC693F" w:rsidRPr="0006063C" w:rsidSect="00034616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6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8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White Paper</dc:title>
  <dc:subject>Original editable document starter</dc:subject>
  <dc:creator>WPS Explore</dc:creator>
  <cp:keywords/>
  <dc:description>generated by python-docx</dc:description>
  <cp:lastModifiedBy/>
  <cp:revision>1</cp:revision>
  <dcterms:created xsi:type="dcterms:W3CDTF">2026-10-30T00:00:00Z</dcterms:created>
  <dcterms:modified xsi:type="dcterms:W3CDTF">2026-10-30T00:00:00Z</dcterms:modified>
  <cp:category/>
</cp:coreProperties>
</file>