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Writing Portfolio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Portfolio introduction</w:t>
      </w:r>
    </w:p>
    <w:p>
      <w:pPr>
        <w:widowControl/>
      </w:pPr>
      <w:r>
        <w:t>[Name] writes about [Topics] for [Audience]. Contact: [Details]. This portfolio presents selected work with the context and contribution explained.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Sample one</w:t>
      </w:r>
    </w:p>
    <w:p>
      <w:pPr>
        <w:widowControl/>
      </w:pPr>
      <w:r>
        <w:t>Title: [Work]. Format: [Article, report or other]. Audience: [Readers]. Brief: [Purpose]. Contribution: [Your role]. Link or excerpt: [Authorized sample].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Sample two</w:t>
      </w:r>
    </w:p>
    <w:p>
      <w:pPr>
        <w:widowControl/>
      </w:pPr>
      <w:r>
        <w:t>Title: [Work]. Explain the challenge, editorial choices and your contribution. Include an approved excerpt or link.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Sample three</w:t>
      </w:r>
    </w:p>
    <w:p>
      <w:pPr>
        <w:widowControl/>
      </w:pPr>
      <w:r>
        <w:t>Title: [Work]. Describe the audience and intended outcome. Identify collaborators and the work you personally completed.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Working approach</w:t>
      </w:r>
    </w:p>
    <w:p>
      <w:pPr>
        <w:widowControl/>
      </w:pPr>
      <w:r>
        <w:t>Explain how you research, draft, review and revise. Mention relevant subject experience without unsupported authority claims.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Contact and permissions</w:t>
      </w:r>
    </w:p>
    <w:p>
      <w:pPr>
        <w:widowControl/>
      </w:pPr>
      <w:r>
        <w:t>Contact: [Details]. Availability: [Current information]. Confirm permission to display client work and credit contributors.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Portfolio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